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הקלפי של חדר המורים – מושגים מעולם הבחירות בהומור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מעולם הבחירות כמו קלפי, מפלגה, רשימה וסיעה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הומור וסאטירה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והתאמה בין סמלים לתכנים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שני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מפלגת איפה הכוס החד-פעמית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🖨️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כולם מתארים מצבים מצחיקים מחדר המורים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סמל לשם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(מפלגת 'איך מוצאים חלב עכשיו?')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(תנועת 'מי הביא עוגיות?')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(תנועת הצלצול המוקדם)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(מפלגת 'איפה יש קרח לתלמיד?')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(ברית 'אין לי קליטה בטיול')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השמות שמופיעים ברשימת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שמות הומוריסטיים שהומצאו לשעשוע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המושגים מופיעים בפתקים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 בקלפי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התקרבו לשולחן עם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פתק אחד שמייצג מצב מצחיק מחדר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 בעיון את השם שעל הפתק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קפלו את הפתק לשניים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שלשלו את הפתק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מקורי, מצחיק, מתאים למצב בכיתה, עם אימוג'י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מזהה שמדובר בחיקוי משעשע של בחירות ולא בתוכן פוליטי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קלפי ככלי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שמופיע בדף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שמפלגה היא קבוצה עצמאית וסיעה פועלת בתוך מוסד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על המסך ולבקש מהתלמידים להצביע 'באמת' על פתק מצחיק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שמדובר בהומור ולא בתוכן פוליטי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ליצור קלפי דומה לכיתה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הקלפי של חדר המורים – מושגים מעולם הבחירות בהומור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שלפניכם מוצגת 'קלפי' הומוריסטית של חדר המורים, שבה כל פתק מייצג מצב מצחיק ומוכר מחיי בית הספר. דרך המשחק נתרגל מילים מעולם הבחירות.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בתהליך ההצבעה שמתואר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שם הכלי שאליו משלשלים את הפתק?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מפלגה בדף עוסקת בחיפוש אחר כוס 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איפה הכוס החד-פעמית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מי הביא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אימוג'י מייצג את 'סיעת מכונת הצילום התקועה'?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🖨️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🔌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המשותף לכל הפתקים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עוסקים בפוליטיקה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מתארים מצבים מצחיקים מחדר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עוסקים במבחנים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כתובים באנגלית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סמל לשם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מפלגת 'איפה יש קרח לתלמיד?'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תנועת הצלצול המוקדם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ברית 'אין לי קליטה בטיול'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תנועת 'מי הביא עוגיות?'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📵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מפלגת 'איך מוצאים חלב עכשיו?'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מופיעה קבוצה בשם 'תנועת הצלצול המוקדם'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השמות בדף הם שמות של מפלגות אמיתיות בכנסת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מופיעה גם קבוצה בשם 'סיעה' וגם קבוצה בשם 'ברית'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מוצע לגלות איזו 'מפלגה' הכי מתאימה לכם באמצעות 11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'איפה ה__________ החד-פעמית שלי?'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תנועת '__________ עמוקה, זה רק יום שלישי'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רשימת 'שכחתי את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סיעת ה__________ בחדר המורים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פתק אחד שמייצג מצב מצחיק מחדר המורים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שלשלו את הפתק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הפתק לשניים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התקרבו לשולחן עם הפתקים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בעיון את השם שעל הפתק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הומוריסטי משלכם למפלגה שתייצג מצב מצחיק בכיתה שלכם, כולל אימוג'י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הדף הזה נחשב הומוריסטי ולא פוליטי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מפלגה הומוריסטית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מפלגה לסיעה?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הקלפי של חדר המורים – מושגים מעולם הבחירות בהומור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