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מעולם הבחירות כמו קלפי, מפלגה, רשימה וסיעה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הומור וסאטירה בטקסט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והתאמה בין סמלים לתכנים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שני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מפלגת איפה הכוס החד-פעמית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🖨️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מתארים מצבים מצחיקים מחדר המורים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סמל לשם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(מפלגת 'איך מוצאים חלב עכשיו?')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(תנועת 'מי הביא עוגיות?')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(תנועת הצלצול המוקדם)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(מפלגת 'איפה יש קרח לתלמיד?')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(ברית 'אין לי קליטה בטיול')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השמות שמופיעים ברשימת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שמות הומוריסטיים שהומצאו לשעשוע בחדר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המושגים מופיעים בפתקים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התקרבו לשולחן עם הפתקים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בחרו פתק אחד שמייצג מצב מצחיק מחדר המורים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 בעיון את השם שעל הפתק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קפלו את הפתק לשניים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שלשלו את הפתק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מקורי, מצחיק, מתאים למצב בכיתה, עם אימוג'י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מזהה שמדובר בחיקוי משעשע של בחירות ולא בתוכן פוליטי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קלפי ככלי 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שמופיע בדף מתקבל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שמפלגה היא קבוצה עצמאית וסיעה פועלת בתוך מוסד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על המסך ולבקש מהתלמידים להצביע 'באמת' על פתק מצחיק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שמדובר בהומור ולא בתוכן פוליטי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ליצור קלפי דומה לכיתה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🗳️ הקלפי של חדר המורים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הקלפי של חדר המורים – מושגים מעולם הבחירות בהומור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משחק מצחיק. כל פתק הוא כמו מפלגה, אבל במקום פוליטיקה - יש בו משהו מצחיק מחדר המורים. נלמד מילים מעולם הבחירות.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הקופסה שאליה מכניסים את הפתק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מפלגה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שיש להם רעיון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אחר למפלגה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אנשים בכנסת או במקום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שפועלת למען רעיון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קבוצות שמתאחדות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חיבור בין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הצבעה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שבוחרים ושמים בקלפי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פעולות צריך לעשות כדי להצביע?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לקופסה של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תיבת 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שם קשור לכוסות?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מפלגת הקפה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מפלגת איפה הכוס החד-פעמית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מי הביא עוגיות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סיעת הספה בחדר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סימן שייך למכונת הצילום?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🖨️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🔌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📵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הדבר הדומה בכל הפתקים?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בפוליטיקה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מתארים מצבים מצחיקים מחדר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עוסקים במבחנים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כתובים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סמל לשם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תנועת הצלצול המוקדם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מפלגת 'איך מוצאים חלב עכשיו?'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מפלגת 'איפה יש קרח לתלמיד?'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🧊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ברית 'אין לי קליטה בטיול'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📵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תנועת 'מי הביא עוגיות?'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מופיעה קבוצה בשם 'תנועת הצלצול המוקדם'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השמות בדף הם שמות של מפלגות אמיתיות בכנסת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מופיעה גם קבוצה בשם 'סיעה' וגם קבוצה בשם 'ברית'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מוצע לגלות איזו 'מפלגה' הכי מתאימה לכם באמצעות 11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מפלגת 'איפה ה__________ החד-פעמית שלי?'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תנועת '__________ עמוקה, זה רק יום שלישי'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רשימת 'שכחתי את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סיעת ה__________ בחדר המורים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בעיון את השם שעל הפתק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התקרבו לשולחן עם הפתקים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שלשלו את הפתק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פתק אחד שמייצג מצב מצחיק מחדר המורים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הפתק לשניים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הומוריסטי משלכם למפלגה שתייצג מצב מצחיק בכיתה שלכם, כולל אימוג'י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הדף הזה נחשב הומוריסטי ולא פוליטי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מפלגה הומוריסטית מהדף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מפלגה לסיעה?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הקלפי של חדר המורים – מושגים מעולם הבחירות בהומור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