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מעולם הבחירות כמו קלפי, מפלגה, רשימה וסיעה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הומור וסאטירה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והתאמה בין סמלים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מפלגת איפה הכוס החד-פעמית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סמל לשם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(מפלגת 'איך מוצאים חלב עכשיו?')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(תנועת 'מי הביא עוגיות?')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(תנועת 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(מפלגת 'איפה יש קרח לתלמיד?')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השמות שמופיעים ברשימת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שמות הומוריסטיים שהומצאו לשעשוע בחדר המורים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התקרבו לשולחן עם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פתק אחד שמייצג מצב מצחיק מחדר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קפלו את הפתק לשניים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שלשלו את הפתק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מקורי, מצחיק, מתאים למצב בכיתה, עם אימוג'י רלוונטי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קלפי ככלי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שמופיע בדף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שמפלגה היא קבוצה עצמאית וסיעה פועלת בתוך מוסד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המסך ולבקש מהתלמידים להצביע 'באמת' על פתק מצחיק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בהומור ולא בתוכן פוליטי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ליצור קלפי דומה לכיתה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שלפניכם מוצגת 'קלפי' הומוריסטית של חדר המורים, שבה כל פתק מייצג מצב מצחיק ומוכר מחיי בית הספר. דרך המשחק נתרגל מילים מעולם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נשימה  ·  כוס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בתהליך ההצבעה שמתואר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שם הכלי שאליו משלשלים את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תיבת 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מפלגה בדף עוסקת בחיפוש אחר כוס 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תנועת מי הביא עוגיות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סמל לשם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תנועת 'מי הביא עוגיות?'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תנועת הצלצול המוקדם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מפלגת 'איפה יש קרח לתלמיד?'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מפלגת 'איך מוצאים חלב עכשיו?'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מופיעה קבוצה בשם 'תנועת הצלצול המוקדם'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השמות בדף הם שמות של מפלגות אמיתיות בכנסת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תנועת '__________ עמוקה, זה רק יום שלישי'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פתק אחד שמייצג מצב מצחיק מחדר המורים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שלשלו את הפתק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התקרבו לשולחן עם הפתקים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קפלו את הפתק לשניים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הומוריסטי משלכם למפלגה שתייצג מצב מצחיק בכיתה שלכם, כולל אימוג'י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מפלגה הומוריסטית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הקלפי של חדר המורים – מושגים מעולם הבחירות בהומור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